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ההשקיה בטפטוף ויתרונותיה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הטפטוף חשוב במיוחד בארצות עם מחסור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יישומים אפשריים של העיקרון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חלק נופל בין השורות, מתאדה ועף ברוח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לאדמה שליד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יש בה מעט מים וכל טיפה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כי צריך ידע כדי להפעיל, לנקות ולתחזק את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הצינור מתיז טיפות ישר ליד השורשים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טפטוף חוסך מים כי הם לא מתבזבזים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מציין יבשות אסיה, אפריקה, אמריקה ואירופה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ידע כדי להפעיל, לנקות ולתחזק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מתאדה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חוסך מים או מבזבז מים?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לדוגמה: מדידת תרופות, טעינת סוללת טלפון, הגשת אוכל בצלחת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מחשבה על חיסכון במים ושימוש בטפטוף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עלות ההתקנה, הצורך בידע ותחזוקה, זמינות חשמל או ציוד, הרגלים ישנים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בטפטוף המים מגיעים ישר לשורשים ופחות מתבזבזים, בממטרה המים מתפזרים ומתאדים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באזורים יבשים כל טיפת מים חשובה ולכן טפטוף מאפשר לגדל יותר עם פחות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הבנה של העיקרון - מתן בדיוק הנדרש במקום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בזבוז מים שהתלמידים מכירים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המצאה ישראלית קטנה להשפעה עולמית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והכתיבה הפתוחה מתאימות לעבודה בזוגות או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הטפטפת הסודית – השקיה בטפטוף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השקיה בטפטוף – שיטת השקיה שפותחה ושוכללה בישראל ומשמשת היום חקלאים ברחבי העולם.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למים בשדה שמשקים בממטרה,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מגיעים לשורשים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נופל בין השורות, מתאדה ועף ברוח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חוזרים לצינור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מגיעות הטיפות בהשקיה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לעלים העליונים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לשביל שבין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לאדמה שליד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לתעלה מחוץ לשדה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אפשר להוסיף למים בהשקיה בטפטוף?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הטפטוף מתאים במיוחד לארץ כמו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בה מעט מים וכל טיפה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יורד בה גשם כל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בה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כל השדות בה מכוסים בגג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ההצלחה של הטפטוף במדינות רבות תלויה גם בהדרכה?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הטפטפות מדברות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להשתמש בהן בלי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הן מתאימות רק לפרחים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צריך ידע כדי להפעיל, לנקות ולתחזק את המערכת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בהשקיה בטפטוף המים מגיעים ישר לאזור השורשים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משתמשת בדרך כלל ביותר מים מהשקיה בהצפה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השקיה בטפטוף משמשת חקלאים במדינות רבות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טפטוף לא צריכה טיפול, אפשר להתקין ולשכוח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בהשקיה בממטרה חלק מהמים __________ בשמש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בהשקיה בטפטוף המים מגיעים ישר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להוסיף למים __________ כדי לתת לצמח ארוחה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הרעיון של הטפטוף פותח ושוכלל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בזכות הטפטוף אפשר לגדל יותר מזון עם פחות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חוסך מים או מבזבז מים?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ממטרה שמשקה גם את המדרכה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צינור דולף שאף אחד לא מתקן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חיישן לחות שאומר מתי להשקות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טפטוף ליד השורשים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השקיה בצהריים החמים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השקיה בשעות הערב הקרירות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מבזבז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עוד דברים בחיים שלכם עובדים לפי העיקרון בדיוק כמה שצריך ובדיוק איפה שצריך? תנו שתי דוגמאות והסבירו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מגדלים ירקות בגינת בית הספר, איך הייתם מתכננים את ההשקיה? תארו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הטפטוף חוסך כל כך הרבה מים, למה לא כל החקלאים בעולם עוברים אליו מיד? פרטו לפחות שלוש סיבות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השקיה בממטרה להשקיה בטפטוף?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השקיה בטפטוף חשובה במיוחד באזורים יבשים?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ליישום של עיקרון הטפטוף במקום אחר בחיים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הטפטפת הסודית – השקיה בטפטוף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