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הטפטפת הסודית – השקיה בטפטוף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עקרון ההשקיה בטפטוף ויתרונותיה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הטפטוף חשוב במיוחד בארצות עם מחסור במים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יישומים אפשריים של העיקרון בחיי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חלק נופל בין השורות, מתאדה ועף ברוח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לאדמה שליד השורשים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דשן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כי יש בה מעט מים וכל טיפה חשובה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כי צריך ידע כדי להפעיל, לנקות ולתחזק את המערכת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הצינור מתיז טיפות ישר ליד השורשים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טפטוף חוסך מים כי הם לא מתבזבזים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הטקסט מציין יבשות אסיה, אפריקה, אמריקה ואירופה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צריך ידע כדי להפעיל, לנקות ולתחזק אותה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מתאדה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דשן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חוסך מים או מבזבז מים?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(מבזבז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(מבזבז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(חוסך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(חוסך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(מבזבז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(חוסך מים)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לדוגמה: מדידת תרופות, טעינת סוללת טלפון, הגשת אוכל בצלחת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הכוללת מחשבה על חיסכון במים ושימוש בטפטוף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עלות ההתקנה, הצורך בידע ותחזוקה, זמינות חשמל או ציוד, הרגלים ישנים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בטפטוף המים מגיעים ישר לשורשים ופחות מתבזבזים, בממטרה המים מתפזרים ומתאדים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באזורים יבשים כל טיפת מים חשובה ולכן טפטוף מאפשר לגדל יותר עם פחות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שמראה הבנה של העיקרון - מתן בדיוק הנדרש במקום הנדרש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בדיון קצר על בזבוז מים שהתלמידים מכירים מהבית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הקשר בין המצאה ישראלית קטנה להשפעה עולמית גדולה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המיון והכתיבה הפתוחה מתאימות לעבודה בזוגות או בקבוצות קטנות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הטפטפת הסודית – השקיה בטפטוף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טפטוף. טפטוף הוא דרך להשקות צמחים עם מעט מים. הרעיון התחיל בישראל.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השקיה בטפטוף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שיטת השקיה שבה המים מגיעים בטיפות ישר לשורשים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ממטרה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מכשיר שמתיז מים לכל הכיוונים בשדה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של הצמח שנמצא באדמה וסופג 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דשן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חומר שעוזר לצמחים לגדול, אפשר להוסיף אותו למים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התאדות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שהופכים לאדים ונעלמים באוויר בגלל חום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תחזוקה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טיפול וניקוי של מערכת כדי שתמשיך לעבוד טוב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יבשת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 יבשה גדול בעולם, כמו אסיה או אפריקה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למים כשמשקים בממטרה?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כולם מגיעים לשורשים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חלק נופל בין השורות, מתאדה ועף ברוח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הופכים לקרח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חוזרים לצינור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לאן מגיעים המים בטפטוף?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לעלים העליונים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לשביל שבין השורות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לאדמה שליד השורשים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לתעלה מחוץ לשדה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אפשר להוסיף למים בטפטוף?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טפטוף טוב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יש בה מעט מים וכל טיפה חשובה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יורד בה גשם כל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אין בה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כל השדות בה מכוסים בגג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צריך ללמד אנשים איך להשתמש בטפטוף?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הטפטפות מדברות רק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אסור להשתמש בהן בלי אישור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הן מתאימות רק לפרחים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צריך ידע כדי להפעיל, לנקות ולתחזק את המערכת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בהשקיה בטפטוף המים מגיעים ישר לאזור השורשים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השקיה בטפטוף משתמשת בדרך כלל ביותר מים מהשקיה בהצפה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השקיה בטפטוף משמשת חקלאים במדינות רבות בעולם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מערכת טפטוף לא צריכה טיפול, אפשר להתקין ולשכוח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בהשקיה בממטרה חלק מהמים __________ בשמש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בהשקיה בטפטוף המים מגיעים ישר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אפשר להוסיף למים __________ כדי לתת לצמח ארוחה מדויקת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הרעיון של הטפטוף פותח ושוכלל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בזכות הטפטוף אפשר לגדל יותר מזון עם פחות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חוסך מים או מבזבז מים?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ממטרה שמשקה גם את המדרכה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מבזבז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צינור דולף שאף אחד לא מתקן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חוסך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חיישן לחות שאומר מתי להשקות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חוסך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טפטוף ליד השורשים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מבזבז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השקיה בצהריים החמים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מבזבז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השקיה בשעות הערב הקרירות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חוסך 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אילו עוד דברים בחיים שלכם עובדים לפי העיקרון בדיוק כמה שצריך ובדיוק איפה שצריך? תנו שתי דוגמאות והסבירו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אם הייתם מגדלים ירקות בגינת בית הספר, איך הייתם מתכננים את ההשקיה? תארו בקצרה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אם הטפטוף חוסך כל כך הרבה מים, למה לא כל החקלאים בעולם עוברים אליו מיד? פרטו לפחות שלוש סיבות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העיקרי בין השקיה בממטרה להשקיה בטפטוף?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השקיה בטפטוף חשובה במיוחד באזורים יבשים?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ליישום של עיקרון הטפטוף במקום אחר בחיים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הטפטפת הסודית – השקיה בטפטוף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