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ההשקיה בטפטוף ויתרונותיה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הטפטוף חשוב במיוחד בארצות עם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יישומים אפשריים של העיקרון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חלק נופל בין השורות, מתאדה ועף ברוח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לאדמה שליד השורשים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הצינור מתיז טיפות ישר ליד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טפטוף חוסך מים כי הם לא מתבזבזים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מתאדה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חוסך מים או מבזבז מים?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לדוגמה: מדידת תרופות, טעינת סוללת טלפון, הגשת אוכל בצלחת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בטפטוף המים מגיעים ישר לשורשים ופחות מתבזבזים, בממטרה המים מתפזרים ומתאדים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באזורים יבשים כל טיפת מים חשובה ולכן טפטוף מאפשר לגדל יותר עם פחות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העיקרון - מתן בדיוק הנדרש במקום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בזבוז מים שהתלמידים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המצאה ישראלית קטנה להשפעה עולמית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והכתיבה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מה שלמדנו על השקיה בטפטוף – שיטת השקיה שפותחה ושוכללה בישראל ומשמשת היום חקלאים ברחבי העולם.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דשן  ·  שורשים  ·  מתאדה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למים בשדה שמשקים בממטרה,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מגיעים לשורשים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חלק נופל בין השורות, מתאדה ועף 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הם הופכים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מגיעות הטיפות בהשקיה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לעלים העליונים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לשביל שבין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לאדמה שליד השורשים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בהשקיה בטפטוף המים מגיעים ישר לאזור השורשים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השקיה בטפטוף משתמשת בדרך כלל ביותר מים מהשקיה בהצפה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בהשקיה בממטרה חלק מהמים __________ בשמש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בהשקיה בטפטוף המים מגיעים ישר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אפשר להוסיף למים __________ כדי לתת לצמח ארוחה מדויקת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חוסך מים או מבזבז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ממטרה שמשקה גם את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צינור דולף שאף אחד לא מתקן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חיישן לחות שאומר מתי להשקות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טפטוף ליד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מבזבז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אילו עוד דברים בחיים שלכם עובדים לפי העיקרון בדיוק כמה שצריך ובדיוק איפה שצריך? תנו שתי דוגמאות והסבירו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העיקרי בין השקיה בממטרה להשקיה בטפטוף?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השקיה בטפטוף חשובה במיוחד באזורים יבשים?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הטפטפת הסודית – השקיה בטפטוף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